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תחי הדמוקרטיה – שיעור שירה לקראת הבחירות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מיון ערכים דמוקרטיים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ערכים דמוקרטיים לערכים שאינם דמוקרטיים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המשמעות של ערכים כמו שקיפות, שוויון וחופש ביטוי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מיון וסיווג ערכים לפי הגדרתם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ערכים דמוקרטיים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שקיפות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שוויון בפני החוק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הסתרה וסודיות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שחיתות שלטונית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גם המנהיגים חייבים לציית לחוק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שקיפות מאפשרת לציבור לדעת מה קורה בשלטון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צנזורה פוגעת בחופש הביטוי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יסוד של דמוקרטיה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שחיתות היא ניצול כוח לרעה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הגדרת השוויון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יש ערכים דמוקרטיים שלא מוזכרים בכל יצירה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שקיפות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חופש ביטוי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שלטון החוק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שחיתות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בחירות חופשיות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ערך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(הכול נעשה בגלוי)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(לכל אדם אותן זכויות)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(כולם מחויבים לחוק)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(איסור על הבעת דעה)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(ניצול כוח לטובה אישית)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מיון ערכים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שקיפות חשובה כי היא מאפשרת אמון הציבור בשלטון; שוויון חשוב כי הוא מבטיח צדק לכולם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ערך דמוקרטי שומר על זכויות וחופש האזרחים, ואילו ערך שאינו דמוקרטי פוגע בהם או מרכז כוח בידי מעטים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מבין נכון את הערך ומביא דוגמה הגיונית מהיומיום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שקיפות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נכונה לכל צד כמו שוויון מול שחיתות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למנוע שימוש לרעה בכוח ולשמור על צדק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משחק המיון בכיתה בקבוצות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כל ערך לדוגמה מהחיים האמיתיים של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בחלקי mc ו-tf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תחי הדמוקרטיה – שיעור שירה לקראת הבחירות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מיון ערכים דמוקרטיים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במשחק מיון הערכים צריך להחליט לאן שייך כל כרטיס: ערך שמופיע בשיר, ערך דמוקרטי שלא מוזכר בשיר, או ערך שאינו דמוקרטי. דף זה מתרגל את ההבנה של הערכים עצמם.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ערכים דמוקרטיים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ערך מתאר מצב שבו הכול נעשה בגלוי?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שקיפות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צנזורה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שחיתות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דיכוי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דוגמה לערך דמוקרטי?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דיכוי מיעוטים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שוויון בפני החוק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צנזורה על עיתונים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שלטון כוחני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ההפך משקיפות?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הסתרה וסודיות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שוויון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חופש ביטוי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דוגמה לערך שאינו דמוקרטי?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חופש ביטוי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שחיתות שלטונית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שלטון החוק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בחירות חופשיות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המשמעות של 'שלטון החוק'?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האזרחים חייבים לציית לחוק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גם המנהיגים חייבים לציית לחוק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צורך בחוקים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החוק נקבע רק על ידי שליט אחד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שקיפות היא ערך דמוקרטי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צנזורה היא ערך דמוקרטי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בבחירות חופשיות כל אזרח יכול לבחור בלי לחץ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שחיתות שלטונית תואמת את ערכי הדמוקרטיה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שוויון בפני החוק פירושו שלכולם יש אותן זכויות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ערך דמוקרטי חייב להיות מוזכר בכל שיר על דמוקרטיה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כאשר הכול נעשה בגלוי, ללא הסתרה, מדובר בערך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הזכות להביע דעה בחופשיות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כאשר כולם, כולל המנהיגים, מחויבים לציית לחוק, זהו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שימוש לרעה בכוח שלטוני לטובה אישית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מצב שבו כל אדם יכול לבחור בלי לחץ או איום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ערך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שקיפות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איסור על הבעת דעה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שוויון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הכול נעשה בגלוי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שלטון החוק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ניצול כוח לטובה אישית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צנזורה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לכל אדם אותן זכויות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שחיתות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כולם מחויבים לחוק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מיון ערכים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שני ערכים דמוקרטיים והסבירו במשפט אחד לכל אחד למה הם חשובים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מה ההבדל בין ערך דמוקרטי לערך שאינו דמוקרטי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ערך דמוקרטי אחד וכתבו דוגמה ממצב בבית הספר שבו הוא בא לידי ביטוי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ערך שמתאר מצב שבו הכול נעשה בגלוי?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לערך דמוקרטי ודוגמה אחת לערך שאינו דמוקרטי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חשוב שלטון החוק גם על מנהיגים?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מיון ערכים דמוקרטיים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